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3DB" w:rsidRDefault="005A3099">
      <w:pPr>
        <w:jc w:val="center"/>
      </w:pPr>
      <w:r>
        <w:rPr>
          <w:b/>
          <w:sz w:val="28"/>
        </w:rPr>
        <w:t>BURSA ULUDAĞ ÜNİVERSİTESİ</w:t>
      </w:r>
    </w:p>
    <w:p w:rsidR="003623DB" w:rsidRDefault="004329B9">
      <w:pPr>
        <w:jc w:val="center"/>
      </w:pPr>
      <w:r>
        <w:rPr>
          <w:b/>
          <w:sz w:val="24"/>
        </w:rPr>
        <w:t>MUSTAFAKEMALPAŞA MESLEK YÜKSEKOKULU</w:t>
      </w:r>
    </w:p>
    <w:p w:rsidR="003623DB" w:rsidRDefault="005A3099">
      <w:pPr>
        <w:jc w:val="center"/>
      </w:pPr>
      <w:r>
        <w:rPr>
          <w:b/>
          <w:sz w:val="26"/>
        </w:rPr>
        <w:t>7592 SAYILI KANUN KAPSAMINDA</w:t>
      </w:r>
      <w:r>
        <w:rPr>
          <w:b/>
          <w:sz w:val="26"/>
        </w:rPr>
        <w:br/>
        <w:t>KESİN KAYIT FORMU</w:t>
      </w:r>
    </w:p>
    <w:p w:rsidR="003623DB" w:rsidRDefault="005A3099">
      <w:pPr>
        <w:jc w:val="center"/>
      </w:pPr>
      <w:r>
        <w:rPr>
          <w:i/>
          <w:sz w:val="19"/>
        </w:rPr>
        <w:t>2547 Sayılı Yükseköğretim Kanunu’nun Geçici 85. Maddesi Kapsamında</w:t>
      </w:r>
    </w:p>
    <w:p w:rsidR="003623DB" w:rsidRDefault="005A3099">
      <w:pPr>
        <w:spacing w:before="140" w:after="60"/>
      </w:pPr>
      <w:r>
        <w:rPr>
          <w:b/>
          <w:sz w:val="22"/>
        </w:rPr>
        <w:t>A. ÖĞRENCİNİN KİŞİSEL BİLGİLERİ</w:t>
      </w:r>
    </w:p>
    <w:tbl>
      <w:tblPr>
        <w:tblStyle w:val="TabloKlavuzu"/>
        <w:tblW w:w="0" w:type="auto"/>
        <w:jc w:val="center"/>
        <w:tblLook w:val="04A0" w:firstRow="1" w:lastRow="0" w:firstColumn="1" w:lastColumn="0" w:noHBand="0" w:noVBand="1"/>
      </w:tblPr>
      <w:tblGrid>
        <w:gridCol w:w="4426"/>
        <w:gridCol w:w="5536"/>
      </w:tblGrid>
      <w:tr w:rsidR="003623DB">
        <w:trPr>
          <w:jc w:val="center"/>
        </w:trPr>
        <w:tc>
          <w:tcPr>
            <w:tcW w:w="4986" w:type="dxa"/>
            <w:vAlign w:val="center"/>
          </w:tcPr>
          <w:p w:rsidR="003623DB" w:rsidRDefault="005A3099">
            <w:r>
              <w:rPr>
                <w:b/>
                <w:sz w:val="19"/>
              </w:rPr>
              <w:t>T.C. Kimlik No</w:t>
            </w:r>
          </w:p>
        </w:tc>
        <w:tc>
          <w:tcPr>
            <w:tcW w:w="4986" w:type="dxa"/>
            <w:vAlign w:val="center"/>
          </w:tcPr>
          <w:p w:rsidR="003623DB" w:rsidRDefault="005A3099">
            <w:r>
              <w:rPr>
                <w:sz w:val="19"/>
              </w:rPr>
              <w:t>................................................................................</w:t>
            </w:r>
          </w:p>
        </w:tc>
      </w:tr>
      <w:tr w:rsidR="003623DB">
        <w:trPr>
          <w:jc w:val="center"/>
        </w:trPr>
        <w:tc>
          <w:tcPr>
            <w:tcW w:w="4986" w:type="dxa"/>
            <w:vAlign w:val="center"/>
          </w:tcPr>
          <w:p w:rsidR="003623DB" w:rsidRDefault="005A3099">
            <w:r>
              <w:rPr>
                <w:b/>
                <w:sz w:val="19"/>
              </w:rPr>
              <w:t>Adı Soyadı</w:t>
            </w:r>
          </w:p>
        </w:tc>
        <w:tc>
          <w:tcPr>
            <w:tcW w:w="4986" w:type="dxa"/>
            <w:vAlign w:val="center"/>
          </w:tcPr>
          <w:p w:rsidR="003623DB" w:rsidRDefault="005A3099">
            <w:r>
              <w:rPr>
                <w:sz w:val="19"/>
              </w:rPr>
              <w:t>................................................................................</w:t>
            </w:r>
          </w:p>
        </w:tc>
      </w:tr>
      <w:tr w:rsidR="003623DB">
        <w:trPr>
          <w:jc w:val="center"/>
        </w:trPr>
        <w:tc>
          <w:tcPr>
            <w:tcW w:w="4986" w:type="dxa"/>
            <w:vAlign w:val="center"/>
          </w:tcPr>
          <w:p w:rsidR="003623DB" w:rsidRDefault="005A3099">
            <w:r>
              <w:rPr>
                <w:b/>
                <w:sz w:val="19"/>
              </w:rPr>
              <w:t>Doğum Tarihi / Yeri</w:t>
            </w:r>
          </w:p>
        </w:tc>
        <w:tc>
          <w:tcPr>
            <w:tcW w:w="4986" w:type="dxa"/>
            <w:vAlign w:val="center"/>
          </w:tcPr>
          <w:p w:rsidR="003623DB" w:rsidRDefault="005A3099">
            <w:r>
              <w:rPr>
                <w:sz w:val="19"/>
              </w:rPr>
              <w:t>................................................................................</w:t>
            </w:r>
          </w:p>
        </w:tc>
      </w:tr>
      <w:tr w:rsidR="003623DB">
        <w:trPr>
          <w:jc w:val="center"/>
        </w:trPr>
        <w:tc>
          <w:tcPr>
            <w:tcW w:w="4986" w:type="dxa"/>
            <w:vAlign w:val="center"/>
          </w:tcPr>
          <w:p w:rsidR="003623DB" w:rsidRDefault="005A3099">
            <w:r>
              <w:rPr>
                <w:b/>
                <w:sz w:val="19"/>
              </w:rPr>
              <w:t>Uyruğu</w:t>
            </w:r>
          </w:p>
        </w:tc>
        <w:tc>
          <w:tcPr>
            <w:tcW w:w="4986" w:type="dxa"/>
            <w:vAlign w:val="center"/>
          </w:tcPr>
          <w:p w:rsidR="003623DB" w:rsidRDefault="005A3099">
            <w:r>
              <w:rPr>
                <w:sz w:val="19"/>
              </w:rPr>
              <w:t>☐ T.C.   ☐ Diğer: ........................................................</w:t>
            </w:r>
          </w:p>
        </w:tc>
      </w:tr>
      <w:tr w:rsidR="003623DB">
        <w:trPr>
          <w:jc w:val="center"/>
        </w:trPr>
        <w:tc>
          <w:tcPr>
            <w:tcW w:w="4986" w:type="dxa"/>
            <w:vAlign w:val="center"/>
          </w:tcPr>
          <w:p w:rsidR="003623DB" w:rsidRDefault="005A3099">
            <w:r>
              <w:rPr>
                <w:b/>
                <w:sz w:val="19"/>
              </w:rPr>
              <w:t>Telefon</w:t>
            </w:r>
          </w:p>
        </w:tc>
        <w:tc>
          <w:tcPr>
            <w:tcW w:w="4986" w:type="dxa"/>
            <w:vAlign w:val="center"/>
          </w:tcPr>
          <w:p w:rsidR="003623DB" w:rsidRDefault="005A3099">
            <w:r>
              <w:rPr>
                <w:sz w:val="19"/>
              </w:rPr>
              <w:t>................................................................................</w:t>
            </w:r>
          </w:p>
        </w:tc>
      </w:tr>
      <w:tr w:rsidR="003623DB">
        <w:trPr>
          <w:jc w:val="center"/>
        </w:trPr>
        <w:tc>
          <w:tcPr>
            <w:tcW w:w="4986" w:type="dxa"/>
            <w:vAlign w:val="center"/>
          </w:tcPr>
          <w:p w:rsidR="003623DB" w:rsidRDefault="005A3099">
            <w:r>
              <w:rPr>
                <w:b/>
                <w:sz w:val="19"/>
              </w:rPr>
              <w:t>E-posta</w:t>
            </w:r>
          </w:p>
        </w:tc>
        <w:tc>
          <w:tcPr>
            <w:tcW w:w="4986" w:type="dxa"/>
            <w:vAlign w:val="center"/>
          </w:tcPr>
          <w:p w:rsidR="003623DB" w:rsidRDefault="005A3099">
            <w:r>
              <w:rPr>
                <w:sz w:val="19"/>
              </w:rPr>
              <w:t>................................................................................</w:t>
            </w:r>
          </w:p>
        </w:tc>
      </w:tr>
      <w:tr w:rsidR="003623DB">
        <w:trPr>
          <w:jc w:val="center"/>
        </w:trPr>
        <w:tc>
          <w:tcPr>
            <w:tcW w:w="4986" w:type="dxa"/>
            <w:vAlign w:val="center"/>
          </w:tcPr>
          <w:p w:rsidR="003623DB" w:rsidRDefault="005A3099">
            <w:r>
              <w:rPr>
                <w:b/>
                <w:sz w:val="19"/>
              </w:rPr>
              <w:t>Adres</w:t>
            </w:r>
          </w:p>
        </w:tc>
        <w:tc>
          <w:tcPr>
            <w:tcW w:w="4986" w:type="dxa"/>
            <w:vAlign w:val="center"/>
          </w:tcPr>
          <w:p w:rsidR="003623DB" w:rsidRDefault="005A3099">
            <w:r>
              <w:rPr>
                <w:sz w:val="19"/>
              </w:rPr>
              <w:t>................................................................................................................</w:t>
            </w:r>
            <w:r>
              <w:rPr>
                <w:sz w:val="19"/>
              </w:rPr>
              <w:br/>
              <w:t>................................................................................................................</w:t>
            </w:r>
          </w:p>
        </w:tc>
      </w:tr>
    </w:tbl>
    <w:p w:rsidR="003623DB" w:rsidRDefault="00D801CE">
      <w:pPr>
        <w:spacing w:before="140" w:after="60"/>
      </w:pPr>
      <w:r>
        <w:rPr>
          <w:b/>
          <w:sz w:val="22"/>
        </w:rPr>
        <w:t>B</w:t>
      </w:r>
      <w:r w:rsidR="005A3099">
        <w:rPr>
          <w:b/>
          <w:sz w:val="22"/>
        </w:rPr>
        <w:t>. BURSA ULUDAĞ ÜNİVERSİTESİ KESİN KAYIT BİLGİLERİ</w:t>
      </w:r>
    </w:p>
    <w:tbl>
      <w:tblPr>
        <w:tblStyle w:val="TabloKlavuzu"/>
        <w:tblW w:w="0" w:type="auto"/>
        <w:jc w:val="center"/>
        <w:tblLook w:val="04A0" w:firstRow="1" w:lastRow="0" w:firstColumn="1" w:lastColumn="0" w:noHBand="0" w:noVBand="1"/>
      </w:tblPr>
      <w:tblGrid>
        <w:gridCol w:w="4978"/>
        <w:gridCol w:w="4984"/>
      </w:tblGrid>
      <w:tr w:rsidR="003623DB" w:rsidTr="00C16AD3">
        <w:trPr>
          <w:jc w:val="center"/>
        </w:trPr>
        <w:tc>
          <w:tcPr>
            <w:tcW w:w="4978" w:type="dxa"/>
            <w:vAlign w:val="center"/>
          </w:tcPr>
          <w:p w:rsidR="003623DB" w:rsidRDefault="005A3099">
            <w:r>
              <w:rPr>
                <w:b/>
                <w:sz w:val="19"/>
              </w:rPr>
              <w:t>Meslek Yüksekokulu</w:t>
            </w:r>
          </w:p>
        </w:tc>
        <w:tc>
          <w:tcPr>
            <w:tcW w:w="4984" w:type="dxa"/>
            <w:vAlign w:val="center"/>
          </w:tcPr>
          <w:p w:rsidR="003623DB" w:rsidRDefault="004329B9">
            <w:proofErr w:type="spellStart"/>
            <w:r>
              <w:rPr>
                <w:sz w:val="19"/>
              </w:rPr>
              <w:t>Mustafakemalpaşa</w:t>
            </w:r>
            <w:proofErr w:type="spellEnd"/>
            <w:r w:rsidR="005A3099">
              <w:rPr>
                <w:sz w:val="19"/>
              </w:rPr>
              <w:t xml:space="preserve"> </w:t>
            </w:r>
            <w:proofErr w:type="spellStart"/>
            <w:r w:rsidR="005A3099">
              <w:rPr>
                <w:sz w:val="19"/>
              </w:rPr>
              <w:t>Meslek</w:t>
            </w:r>
            <w:proofErr w:type="spellEnd"/>
            <w:r w:rsidR="005A3099">
              <w:rPr>
                <w:sz w:val="19"/>
              </w:rPr>
              <w:t xml:space="preserve"> </w:t>
            </w:r>
            <w:proofErr w:type="spellStart"/>
            <w:r w:rsidR="005A3099">
              <w:rPr>
                <w:sz w:val="19"/>
              </w:rPr>
              <w:t>Yüksekokulu</w:t>
            </w:r>
            <w:proofErr w:type="spellEnd"/>
          </w:p>
        </w:tc>
      </w:tr>
      <w:tr w:rsidR="003623DB" w:rsidTr="00C16AD3">
        <w:trPr>
          <w:jc w:val="center"/>
        </w:trPr>
        <w:tc>
          <w:tcPr>
            <w:tcW w:w="4978" w:type="dxa"/>
            <w:vAlign w:val="center"/>
          </w:tcPr>
          <w:p w:rsidR="003623DB" w:rsidRDefault="005A3099">
            <w:r>
              <w:rPr>
                <w:b/>
                <w:sz w:val="19"/>
              </w:rPr>
              <w:t>Program</w:t>
            </w:r>
          </w:p>
        </w:tc>
        <w:tc>
          <w:tcPr>
            <w:tcW w:w="4984" w:type="dxa"/>
            <w:vAlign w:val="center"/>
          </w:tcPr>
          <w:p w:rsidR="003623DB" w:rsidRDefault="005A3099">
            <w:r>
              <w:rPr>
                <w:sz w:val="19"/>
              </w:rPr>
              <w:t>................................................................................</w:t>
            </w:r>
          </w:p>
        </w:tc>
      </w:tr>
      <w:tr w:rsidR="003623DB" w:rsidTr="00C16AD3">
        <w:trPr>
          <w:jc w:val="center"/>
        </w:trPr>
        <w:tc>
          <w:tcPr>
            <w:tcW w:w="4978" w:type="dxa"/>
            <w:vAlign w:val="center"/>
          </w:tcPr>
          <w:p w:rsidR="003623DB" w:rsidRDefault="005A3099">
            <w:r>
              <w:rPr>
                <w:b/>
                <w:sz w:val="19"/>
              </w:rPr>
              <w:t>Program Türü</w:t>
            </w:r>
          </w:p>
        </w:tc>
        <w:tc>
          <w:tcPr>
            <w:tcW w:w="4984" w:type="dxa"/>
            <w:vAlign w:val="center"/>
          </w:tcPr>
          <w:p w:rsidR="003623DB" w:rsidRDefault="005A3099">
            <w:r>
              <w:rPr>
                <w:sz w:val="19"/>
              </w:rPr>
              <w:t>☐ Önlisans</w:t>
            </w:r>
          </w:p>
        </w:tc>
      </w:tr>
      <w:tr w:rsidR="003623DB" w:rsidTr="00C16AD3">
        <w:trPr>
          <w:jc w:val="center"/>
        </w:trPr>
        <w:tc>
          <w:tcPr>
            <w:tcW w:w="4978" w:type="dxa"/>
            <w:vAlign w:val="center"/>
          </w:tcPr>
          <w:p w:rsidR="003623DB" w:rsidRDefault="005A3099">
            <w:proofErr w:type="spellStart"/>
            <w:r>
              <w:rPr>
                <w:b/>
                <w:sz w:val="19"/>
              </w:rPr>
              <w:t>Eğitim-Öğretim</w:t>
            </w:r>
            <w:proofErr w:type="spellEnd"/>
            <w:r>
              <w:rPr>
                <w:b/>
                <w:sz w:val="19"/>
              </w:rPr>
              <w:t xml:space="preserve"> </w:t>
            </w:r>
            <w:proofErr w:type="spellStart"/>
            <w:r>
              <w:rPr>
                <w:b/>
                <w:sz w:val="19"/>
              </w:rPr>
              <w:t>Yılı</w:t>
            </w:r>
            <w:proofErr w:type="spellEnd"/>
          </w:p>
        </w:tc>
        <w:tc>
          <w:tcPr>
            <w:tcW w:w="4984" w:type="dxa"/>
            <w:vAlign w:val="center"/>
          </w:tcPr>
          <w:p w:rsidR="003623DB" w:rsidRDefault="005A3099">
            <w:r>
              <w:rPr>
                <w:sz w:val="19"/>
              </w:rPr>
              <w:t>2026-2027</w:t>
            </w:r>
          </w:p>
        </w:tc>
      </w:tr>
      <w:tr w:rsidR="003623DB" w:rsidTr="00C16AD3">
        <w:trPr>
          <w:jc w:val="center"/>
        </w:trPr>
        <w:tc>
          <w:tcPr>
            <w:tcW w:w="4978" w:type="dxa"/>
            <w:vAlign w:val="center"/>
          </w:tcPr>
          <w:p w:rsidR="003623DB" w:rsidRDefault="005A3099">
            <w:r>
              <w:rPr>
                <w:b/>
                <w:sz w:val="19"/>
              </w:rPr>
              <w:t>Kayıt Dönemi</w:t>
            </w:r>
          </w:p>
        </w:tc>
        <w:tc>
          <w:tcPr>
            <w:tcW w:w="4984" w:type="dxa"/>
            <w:vAlign w:val="center"/>
          </w:tcPr>
          <w:p w:rsidR="003623DB" w:rsidRDefault="005A3099">
            <w:r>
              <w:rPr>
                <w:sz w:val="19"/>
              </w:rPr>
              <w:t>☐ Güz Yarıyılı   ☐ Bahar Yarıyılı</w:t>
            </w:r>
          </w:p>
        </w:tc>
      </w:tr>
    </w:tbl>
    <w:p w:rsidR="003623DB" w:rsidRDefault="00D801CE">
      <w:pPr>
        <w:spacing w:before="140" w:after="60"/>
      </w:pPr>
      <w:r>
        <w:rPr>
          <w:b/>
          <w:sz w:val="22"/>
        </w:rPr>
        <w:t>C</w:t>
      </w:r>
      <w:r w:rsidR="005A3099">
        <w:rPr>
          <w:b/>
          <w:sz w:val="22"/>
        </w:rPr>
        <w:t>. 7592 SAYILI KANUN KAPSAMINDA ÖĞRENCİ BEYANI</w:t>
      </w:r>
    </w:p>
    <w:p w:rsidR="003623DB" w:rsidRDefault="005A3099">
      <w:r>
        <w:t xml:space="preserve">2547 sayılı Yükseköğretim Kanunu’nun Geçici 85. maddesi kapsamında öğrenim hakkından yararlanmak amacıyla </w:t>
      </w:r>
      <w:bookmarkStart w:id="0" w:name="_GoBack"/>
      <w:bookmarkEnd w:id="0"/>
      <w:r>
        <w:t>kesin kayıt başvurusunda bulunduğumu; bu formda beyan ettiğim bilgilerin doğru olduğunu, ibraz ettiğim belgelerin gerçeğe uygun olduğunu ve kesin kayıt işlemlerimin ilgili mevzuat ile Bursa Uludağ Üniversitesi tarafından belirlenen usul ve esaslar doğrultusunda yürütülmesini kabul ve beyan ederim.</w:t>
      </w:r>
    </w:p>
    <w:tbl>
      <w:tblPr>
        <w:tblStyle w:val="TabloKlavuzu"/>
        <w:tblW w:w="0" w:type="auto"/>
        <w:jc w:val="center"/>
        <w:tblLook w:val="04A0" w:firstRow="1" w:lastRow="0" w:firstColumn="1" w:lastColumn="0" w:noHBand="0" w:noVBand="1"/>
      </w:tblPr>
      <w:tblGrid>
        <w:gridCol w:w="4979"/>
        <w:gridCol w:w="4983"/>
      </w:tblGrid>
      <w:tr w:rsidR="003623DB">
        <w:trPr>
          <w:jc w:val="center"/>
        </w:trPr>
        <w:tc>
          <w:tcPr>
            <w:tcW w:w="4986" w:type="dxa"/>
            <w:vAlign w:val="center"/>
          </w:tcPr>
          <w:p w:rsidR="003623DB" w:rsidRDefault="005A3099">
            <w:r>
              <w:rPr>
                <w:b/>
                <w:sz w:val="19"/>
              </w:rPr>
              <w:t>Öğrencinin Adı Soyadı</w:t>
            </w:r>
          </w:p>
        </w:tc>
        <w:tc>
          <w:tcPr>
            <w:tcW w:w="4986" w:type="dxa"/>
            <w:vAlign w:val="center"/>
          </w:tcPr>
          <w:p w:rsidR="003623DB" w:rsidRDefault="005A3099">
            <w:r>
              <w:rPr>
                <w:sz w:val="19"/>
              </w:rPr>
              <w:t>................................................................</w:t>
            </w:r>
          </w:p>
        </w:tc>
      </w:tr>
      <w:tr w:rsidR="003623DB">
        <w:trPr>
          <w:jc w:val="center"/>
        </w:trPr>
        <w:tc>
          <w:tcPr>
            <w:tcW w:w="4986" w:type="dxa"/>
            <w:vAlign w:val="center"/>
          </w:tcPr>
          <w:p w:rsidR="003623DB" w:rsidRDefault="005A3099">
            <w:r>
              <w:rPr>
                <w:b/>
                <w:sz w:val="19"/>
              </w:rPr>
              <w:t>Tarih</w:t>
            </w:r>
          </w:p>
        </w:tc>
        <w:tc>
          <w:tcPr>
            <w:tcW w:w="4986" w:type="dxa"/>
            <w:vAlign w:val="center"/>
          </w:tcPr>
          <w:p w:rsidR="003623DB" w:rsidRDefault="005A3099">
            <w:r>
              <w:rPr>
                <w:sz w:val="19"/>
              </w:rPr>
              <w:t>......... / ......... / ............</w:t>
            </w:r>
          </w:p>
        </w:tc>
      </w:tr>
      <w:tr w:rsidR="003623DB" w:rsidTr="00BF06FC">
        <w:trPr>
          <w:trHeight w:val="551"/>
          <w:jc w:val="center"/>
        </w:trPr>
        <w:tc>
          <w:tcPr>
            <w:tcW w:w="4986" w:type="dxa"/>
            <w:vAlign w:val="center"/>
          </w:tcPr>
          <w:p w:rsidR="003623DB" w:rsidRDefault="005A3099">
            <w:proofErr w:type="spellStart"/>
            <w:r>
              <w:rPr>
                <w:b/>
                <w:sz w:val="19"/>
              </w:rPr>
              <w:t>İmza</w:t>
            </w:r>
            <w:proofErr w:type="spellEnd"/>
          </w:p>
        </w:tc>
        <w:tc>
          <w:tcPr>
            <w:tcW w:w="4986" w:type="dxa"/>
            <w:vAlign w:val="center"/>
          </w:tcPr>
          <w:p w:rsidR="003623DB" w:rsidRDefault="003623DB"/>
        </w:tc>
      </w:tr>
    </w:tbl>
    <w:p w:rsidR="00BF06FC" w:rsidRDefault="00BF06FC">
      <w:pPr>
        <w:spacing w:before="140" w:after="60"/>
        <w:rPr>
          <w:b/>
          <w:sz w:val="22"/>
        </w:rPr>
      </w:pPr>
    </w:p>
    <w:p w:rsidR="003623DB" w:rsidRDefault="00C16AD3">
      <w:pPr>
        <w:spacing w:before="140" w:after="60"/>
      </w:pPr>
      <w:r>
        <w:rPr>
          <w:b/>
          <w:sz w:val="22"/>
        </w:rPr>
        <w:t>D</w:t>
      </w:r>
      <w:r w:rsidR="005A3099">
        <w:rPr>
          <w:b/>
          <w:sz w:val="22"/>
        </w:rPr>
        <w:t>. ÖĞRENCİ İŞLERİ BİRİMİ TARAFINDAN DOLDURULACAKTIR</w:t>
      </w:r>
    </w:p>
    <w:tbl>
      <w:tblPr>
        <w:tblStyle w:val="TabloKlavuzu"/>
        <w:tblW w:w="0" w:type="auto"/>
        <w:jc w:val="center"/>
        <w:tblLook w:val="04A0" w:firstRow="1" w:lastRow="0" w:firstColumn="1" w:lastColumn="0" w:noHBand="0" w:noVBand="1"/>
      </w:tblPr>
      <w:tblGrid>
        <w:gridCol w:w="4426"/>
        <w:gridCol w:w="5536"/>
      </w:tblGrid>
      <w:tr w:rsidR="003623DB" w:rsidTr="00C16AD3">
        <w:trPr>
          <w:jc w:val="center"/>
        </w:trPr>
        <w:tc>
          <w:tcPr>
            <w:tcW w:w="4426" w:type="dxa"/>
            <w:vAlign w:val="center"/>
          </w:tcPr>
          <w:p w:rsidR="003623DB" w:rsidRDefault="005A3099">
            <w:proofErr w:type="spellStart"/>
            <w:r>
              <w:rPr>
                <w:b/>
                <w:sz w:val="19"/>
              </w:rPr>
              <w:t>Öğrenci</w:t>
            </w:r>
            <w:proofErr w:type="spellEnd"/>
            <w:r>
              <w:rPr>
                <w:b/>
                <w:sz w:val="19"/>
              </w:rPr>
              <w:t xml:space="preserve"> No</w:t>
            </w:r>
          </w:p>
        </w:tc>
        <w:tc>
          <w:tcPr>
            <w:tcW w:w="5536" w:type="dxa"/>
            <w:vAlign w:val="center"/>
          </w:tcPr>
          <w:p w:rsidR="003623DB" w:rsidRDefault="005A3099">
            <w:r>
              <w:rPr>
                <w:sz w:val="19"/>
              </w:rPr>
              <w:t>................................................................................</w:t>
            </w:r>
          </w:p>
        </w:tc>
      </w:tr>
      <w:tr w:rsidR="003623DB" w:rsidTr="00C16AD3">
        <w:trPr>
          <w:jc w:val="center"/>
        </w:trPr>
        <w:tc>
          <w:tcPr>
            <w:tcW w:w="4426" w:type="dxa"/>
            <w:vAlign w:val="center"/>
          </w:tcPr>
          <w:p w:rsidR="003623DB" w:rsidRDefault="005A3099">
            <w:r>
              <w:rPr>
                <w:b/>
                <w:sz w:val="19"/>
              </w:rPr>
              <w:t>Başvuru Tarihi</w:t>
            </w:r>
          </w:p>
        </w:tc>
        <w:tc>
          <w:tcPr>
            <w:tcW w:w="5536" w:type="dxa"/>
            <w:vAlign w:val="center"/>
          </w:tcPr>
          <w:p w:rsidR="003623DB" w:rsidRDefault="005A3099">
            <w:r>
              <w:rPr>
                <w:sz w:val="19"/>
              </w:rPr>
              <w:t>......... / ......... / ............</w:t>
            </w:r>
          </w:p>
        </w:tc>
      </w:tr>
      <w:tr w:rsidR="003623DB" w:rsidTr="00C16AD3">
        <w:trPr>
          <w:jc w:val="center"/>
        </w:trPr>
        <w:tc>
          <w:tcPr>
            <w:tcW w:w="4426" w:type="dxa"/>
            <w:vAlign w:val="center"/>
          </w:tcPr>
          <w:p w:rsidR="003623DB" w:rsidRDefault="005A3099">
            <w:r>
              <w:rPr>
                <w:b/>
                <w:sz w:val="19"/>
              </w:rPr>
              <w:t>Kesin Kayıt Tarihi</w:t>
            </w:r>
          </w:p>
        </w:tc>
        <w:tc>
          <w:tcPr>
            <w:tcW w:w="5536" w:type="dxa"/>
            <w:vAlign w:val="center"/>
          </w:tcPr>
          <w:p w:rsidR="003623DB" w:rsidRDefault="005A3099">
            <w:r>
              <w:rPr>
                <w:sz w:val="19"/>
              </w:rPr>
              <w:t>......... / ......... / ............</w:t>
            </w:r>
          </w:p>
        </w:tc>
      </w:tr>
      <w:tr w:rsidR="003623DB" w:rsidTr="00C16AD3">
        <w:trPr>
          <w:jc w:val="center"/>
        </w:trPr>
        <w:tc>
          <w:tcPr>
            <w:tcW w:w="4426" w:type="dxa"/>
            <w:vAlign w:val="center"/>
          </w:tcPr>
          <w:p w:rsidR="003623DB" w:rsidRDefault="005A3099">
            <w:r>
              <w:rPr>
                <w:b/>
                <w:sz w:val="19"/>
              </w:rPr>
              <w:t>Belgeler Kontrolü</w:t>
            </w:r>
          </w:p>
        </w:tc>
        <w:tc>
          <w:tcPr>
            <w:tcW w:w="5536" w:type="dxa"/>
            <w:vAlign w:val="center"/>
          </w:tcPr>
          <w:p w:rsidR="003623DB" w:rsidRDefault="005A3099">
            <w:r>
              <w:rPr>
                <w:sz w:val="19"/>
              </w:rPr>
              <w:t>☐ Tam   ☐ Eksik</w:t>
            </w:r>
          </w:p>
        </w:tc>
      </w:tr>
      <w:tr w:rsidR="003623DB" w:rsidTr="00C16AD3">
        <w:trPr>
          <w:jc w:val="center"/>
        </w:trPr>
        <w:tc>
          <w:tcPr>
            <w:tcW w:w="4426" w:type="dxa"/>
            <w:vAlign w:val="center"/>
          </w:tcPr>
          <w:p w:rsidR="003623DB" w:rsidRDefault="005A3099">
            <w:r>
              <w:rPr>
                <w:b/>
                <w:sz w:val="19"/>
              </w:rPr>
              <w:t>Kesin Kayıt Durumu</w:t>
            </w:r>
          </w:p>
        </w:tc>
        <w:tc>
          <w:tcPr>
            <w:tcW w:w="5536" w:type="dxa"/>
            <w:vAlign w:val="center"/>
          </w:tcPr>
          <w:p w:rsidR="003623DB" w:rsidRDefault="005A3099">
            <w:r>
              <w:rPr>
                <w:sz w:val="19"/>
              </w:rPr>
              <w:t>☐ Uygundur   ☐ Uygun Değildir   ☐ Beklemede</w:t>
            </w:r>
          </w:p>
        </w:tc>
      </w:tr>
      <w:tr w:rsidR="003623DB" w:rsidTr="00C16AD3">
        <w:trPr>
          <w:jc w:val="center"/>
        </w:trPr>
        <w:tc>
          <w:tcPr>
            <w:tcW w:w="4426" w:type="dxa"/>
            <w:vAlign w:val="center"/>
          </w:tcPr>
          <w:p w:rsidR="003623DB" w:rsidRDefault="005A3099">
            <w:r>
              <w:rPr>
                <w:b/>
                <w:sz w:val="19"/>
              </w:rPr>
              <w:t>Açıklama</w:t>
            </w:r>
          </w:p>
        </w:tc>
        <w:tc>
          <w:tcPr>
            <w:tcW w:w="5536" w:type="dxa"/>
            <w:vAlign w:val="center"/>
          </w:tcPr>
          <w:p w:rsidR="003623DB" w:rsidRDefault="005A3099">
            <w:r>
              <w:rPr>
                <w:sz w:val="19"/>
              </w:rPr>
              <w:t>................................................................................................................</w:t>
            </w:r>
            <w:r>
              <w:rPr>
                <w:sz w:val="19"/>
              </w:rPr>
              <w:br/>
              <w:t>................................................................................................................</w:t>
            </w:r>
          </w:p>
        </w:tc>
      </w:tr>
      <w:tr w:rsidR="003623DB" w:rsidTr="00C16AD3">
        <w:trPr>
          <w:jc w:val="center"/>
        </w:trPr>
        <w:tc>
          <w:tcPr>
            <w:tcW w:w="4426" w:type="dxa"/>
            <w:vAlign w:val="center"/>
          </w:tcPr>
          <w:p w:rsidR="003623DB" w:rsidRDefault="005A3099">
            <w:r>
              <w:rPr>
                <w:b/>
                <w:sz w:val="19"/>
              </w:rPr>
              <w:t>Kontrol Eden Personel</w:t>
            </w:r>
          </w:p>
        </w:tc>
        <w:tc>
          <w:tcPr>
            <w:tcW w:w="5536" w:type="dxa"/>
            <w:vAlign w:val="center"/>
          </w:tcPr>
          <w:p w:rsidR="003623DB" w:rsidRDefault="005A3099">
            <w:r>
              <w:rPr>
                <w:sz w:val="19"/>
              </w:rPr>
              <w:t>Adı Soyadı: ........................................................  İmza: ........................</w:t>
            </w:r>
          </w:p>
        </w:tc>
      </w:tr>
    </w:tbl>
    <w:p w:rsidR="003623DB" w:rsidRDefault="003623DB">
      <w:pPr>
        <w:jc w:val="center"/>
      </w:pPr>
    </w:p>
    <w:sectPr w:rsidR="003623DB" w:rsidSect="00034616">
      <w:footerReference w:type="default" r:id="rId8"/>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338B" w:rsidRDefault="00F5338B">
      <w:pPr>
        <w:spacing w:after="0" w:line="240" w:lineRule="auto"/>
      </w:pPr>
      <w:r>
        <w:separator/>
      </w:r>
    </w:p>
  </w:endnote>
  <w:endnote w:type="continuationSeparator" w:id="0">
    <w:p w:rsidR="00F5338B" w:rsidRDefault="00F53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3DB" w:rsidRDefault="005A3099">
    <w:pPr>
      <w:pStyle w:val="AltBilgi"/>
      <w:jc w:val="center"/>
    </w:pPr>
    <w:r>
      <w:rPr>
        <w:sz w:val="16"/>
      </w:rPr>
      <w:t>Bursa Uludağ Üniversitesi – Teknik Bilimler Meslek Yüksekokulu</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338B" w:rsidRDefault="00F5338B">
      <w:pPr>
        <w:spacing w:after="0" w:line="240" w:lineRule="auto"/>
      </w:pPr>
      <w:r>
        <w:separator/>
      </w:r>
    </w:p>
  </w:footnote>
  <w:footnote w:type="continuationSeparator" w:id="0">
    <w:p w:rsidR="00F5338B" w:rsidRDefault="00F533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623DB"/>
    <w:rsid w:val="004329B9"/>
    <w:rsid w:val="005A3099"/>
    <w:rsid w:val="00AA1D8D"/>
    <w:rsid w:val="00B47730"/>
    <w:rsid w:val="00BF06FC"/>
    <w:rsid w:val="00C16AD3"/>
    <w:rsid w:val="00CB0664"/>
    <w:rsid w:val="00D31AD5"/>
    <w:rsid w:val="00D801CE"/>
    <w:rsid w:val="00F5338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880A0A"/>
  <w14:defaultImageDpi w14:val="300"/>
  <w15:docId w15:val="{43935E22-DC59-4699-B065-37BC78E8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59182-4CD6-4B1F-8B23-303F41459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388</Words>
  <Characters>2216</Characters>
  <Application>Microsoft Office Word</Application>
  <DocSecurity>0</DocSecurity>
  <Lines>18</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5</cp:revision>
  <dcterms:created xsi:type="dcterms:W3CDTF">2026-09-24T13:13:00Z</dcterms:created>
  <dcterms:modified xsi:type="dcterms:W3CDTF">2026-09-25T12:42:00Z</dcterms:modified>
  <cp:category/>
</cp:coreProperties>
</file>